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D1E5" w14:textId="31666649" w:rsidR="007E6D59" w:rsidRDefault="00FD11F5">
      <w:pPr>
        <w:jc w:val="center"/>
      </w:pPr>
      <w:r>
        <w:rPr>
          <w:b/>
          <w:sz w:val="40"/>
        </w:rPr>
        <w:t>ST CATHERINE’S HATCHAM</w:t>
      </w:r>
      <w:r w:rsidR="004D2635">
        <w:rPr>
          <w:b/>
          <w:sz w:val="40"/>
        </w:rPr>
        <w:t xml:space="preserve">, </w:t>
      </w:r>
      <w:r w:rsidR="00761709">
        <w:rPr>
          <w:b/>
          <w:sz w:val="40"/>
        </w:rPr>
        <w:t>London SE</w:t>
      </w:r>
      <w:r w:rsidR="004D2635">
        <w:rPr>
          <w:b/>
          <w:sz w:val="40"/>
        </w:rPr>
        <w:t>14 5SG</w:t>
      </w:r>
      <w:r>
        <w:rPr>
          <w:b/>
          <w:sz w:val="40"/>
        </w:rPr>
        <w:br/>
        <w:t>Children &amp; Families Worker</w:t>
      </w:r>
    </w:p>
    <w:p w14:paraId="5B320D17" w14:textId="77777777" w:rsidR="007E6D59" w:rsidRDefault="00FD11F5">
      <w:pPr>
        <w:jc w:val="center"/>
      </w:pPr>
      <w:r>
        <w:t>“A Beacon of Hope on the Hill”</w:t>
      </w:r>
    </w:p>
    <w:p w14:paraId="2A2D0F76" w14:textId="77777777" w:rsidR="007E6D59" w:rsidRDefault="00FD11F5">
      <w:r>
        <w:br/>
      </w:r>
    </w:p>
    <w:p w14:paraId="1DB6EF1F" w14:textId="77777777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b/>
          <w:sz w:val="28"/>
          <w:szCs w:val="28"/>
        </w:rPr>
        <w:t>Role Summary</w:t>
      </w:r>
    </w:p>
    <w:p w14:paraId="0E003628" w14:textId="0BEAFE97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sz w:val="28"/>
          <w:szCs w:val="28"/>
        </w:rPr>
        <w:t xml:space="preserve">Part-Time: </w:t>
      </w:r>
      <w:r w:rsidR="004D2635">
        <w:rPr>
          <w:rFonts w:ascii="Gill Sans MT" w:hAnsi="Gill Sans MT"/>
          <w:sz w:val="28"/>
          <w:szCs w:val="28"/>
        </w:rPr>
        <w:t>25</w:t>
      </w:r>
      <w:r w:rsidRPr="003D1E30">
        <w:rPr>
          <w:rFonts w:ascii="Gill Sans MT" w:hAnsi="Gill Sans MT"/>
          <w:sz w:val="28"/>
          <w:szCs w:val="28"/>
        </w:rPr>
        <w:t xml:space="preserve"> hours per week (including Sundays)</w:t>
      </w:r>
      <w:r w:rsidRPr="003D1E30">
        <w:rPr>
          <w:rFonts w:ascii="Gill Sans MT" w:hAnsi="Gill Sans MT"/>
          <w:sz w:val="28"/>
          <w:szCs w:val="28"/>
        </w:rPr>
        <w:br/>
        <w:t>Salary: £</w:t>
      </w:r>
      <w:r w:rsidR="004B5387" w:rsidRPr="003D1E30">
        <w:rPr>
          <w:rFonts w:ascii="Gill Sans MT" w:hAnsi="Gill Sans MT"/>
          <w:sz w:val="28"/>
          <w:szCs w:val="28"/>
        </w:rPr>
        <w:t>26</w:t>
      </w:r>
      <w:r w:rsidR="00DE2461" w:rsidRPr="003D1E30">
        <w:rPr>
          <w:rFonts w:ascii="Gill Sans MT" w:hAnsi="Gill Sans MT"/>
          <w:sz w:val="28"/>
          <w:szCs w:val="28"/>
        </w:rPr>
        <w:t>,000 - £3</w:t>
      </w:r>
      <w:r w:rsidR="004D2635">
        <w:rPr>
          <w:rFonts w:ascii="Gill Sans MT" w:hAnsi="Gill Sans MT"/>
          <w:sz w:val="28"/>
          <w:szCs w:val="28"/>
        </w:rPr>
        <w:t>5</w:t>
      </w:r>
      <w:r w:rsidR="00DE2461" w:rsidRPr="003D1E30">
        <w:rPr>
          <w:rFonts w:ascii="Gill Sans MT" w:hAnsi="Gill Sans MT"/>
          <w:sz w:val="28"/>
          <w:szCs w:val="28"/>
        </w:rPr>
        <w:t>,000 PA pro rata</w:t>
      </w:r>
      <w:r w:rsidRPr="003D1E30">
        <w:rPr>
          <w:rFonts w:ascii="Gill Sans MT" w:hAnsi="Gill Sans MT"/>
          <w:sz w:val="28"/>
          <w:szCs w:val="28"/>
        </w:rPr>
        <w:br/>
        <w:t xml:space="preserve">Location: </w:t>
      </w:r>
      <w:r w:rsidR="00DE2461" w:rsidRPr="003D1E30">
        <w:rPr>
          <w:rFonts w:ascii="Gill Sans MT" w:hAnsi="Gill Sans MT"/>
          <w:sz w:val="28"/>
          <w:szCs w:val="28"/>
        </w:rPr>
        <w:t>Telegraph Hill</w:t>
      </w:r>
      <w:r w:rsidRPr="003D1E30">
        <w:rPr>
          <w:rFonts w:ascii="Gill Sans MT" w:hAnsi="Gill Sans MT"/>
          <w:sz w:val="28"/>
          <w:szCs w:val="28"/>
        </w:rPr>
        <w:br/>
        <w:t xml:space="preserve">Contract: </w:t>
      </w:r>
      <w:r w:rsidR="004B5387" w:rsidRPr="003D1E30">
        <w:rPr>
          <w:rFonts w:ascii="Gill Sans MT" w:hAnsi="Gill Sans MT"/>
          <w:sz w:val="28"/>
          <w:szCs w:val="28"/>
        </w:rPr>
        <w:t xml:space="preserve">Permanent </w:t>
      </w:r>
    </w:p>
    <w:p w14:paraId="392A515B" w14:textId="77777777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b/>
          <w:sz w:val="28"/>
          <w:szCs w:val="28"/>
        </w:rPr>
        <w:t>Welcome</w:t>
      </w:r>
    </w:p>
    <w:p w14:paraId="277FEC13" w14:textId="003E3BC9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sz w:val="28"/>
          <w:szCs w:val="28"/>
        </w:rPr>
        <w:t>We are a vibrant parish in</w:t>
      </w:r>
      <w:r w:rsidR="0060430A">
        <w:rPr>
          <w:rFonts w:ascii="Gill Sans MT" w:hAnsi="Gill Sans MT"/>
          <w:sz w:val="28"/>
          <w:szCs w:val="28"/>
        </w:rPr>
        <w:t xml:space="preserve"> Telegraph Hill,</w:t>
      </w:r>
      <w:r w:rsidRPr="003D1E30">
        <w:rPr>
          <w:rFonts w:ascii="Gill Sans MT" w:hAnsi="Gill Sans MT"/>
          <w:sz w:val="28"/>
          <w:szCs w:val="28"/>
        </w:rPr>
        <w:t xml:space="preserve"> </w:t>
      </w:r>
      <w:proofErr w:type="gramStart"/>
      <w:r w:rsidRPr="003D1E30">
        <w:rPr>
          <w:rFonts w:ascii="Gill Sans MT" w:hAnsi="Gill Sans MT"/>
          <w:sz w:val="28"/>
          <w:szCs w:val="28"/>
        </w:rPr>
        <w:t>South East</w:t>
      </w:r>
      <w:proofErr w:type="gramEnd"/>
      <w:r w:rsidRPr="003D1E30">
        <w:rPr>
          <w:rFonts w:ascii="Gill Sans MT" w:hAnsi="Gill Sans MT"/>
          <w:sz w:val="28"/>
          <w:szCs w:val="28"/>
        </w:rPr>
        <w:t xml:space="preserve"> London, committed to being a beacon of hope in our community. We are seeking a passionate Children &amp; Families Worker to help nurture faith, build relationships, and grow our ministry.</w:t>
      </w:r>
    </w:p>
    <w:p w14:paraId="71904A79" w14:textId="77777777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b/>
          <w:sz w:val="28"/>
          <w:szCs w:val="28"/>
        </w:rPr>
        <w:t>Job Purpose</w:t>
      </w:r>
    </w:p>
    <w:p w14:paraId="4785FF4A" w14:textId="77777777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sz w:val="28"/>
          <w:szCs w:val="28"/>
        </w:rPr>
        <w:t xml:space="preserve">To lead and grow children’s and </w:t>
      </w:r>
      <w:proofErr w:type="gramStart"/>
      <w:r w:rsidRPr="003D1E30">
        <w:rPr>
          <w:rFonts w:ascii="Gill Sans MT" w:hAnsi="Gill Sans MT"/>
          <w:sz w:val="28"/>
          <w:szCs w:val="28"/>
        </w:rPr>
        <w:t>families</w:t>
      </w:r>
      <w:proofErr w:type="gramEnd"/>
      <w:r w:rsidRPr="003D1E30">
        <w:rPr>
          <w:rFonts w:ascii="Gill Sans MT" w:hAnsi="Gill Sans MT"/>
          <w:sz w:val="28"/>
          <w:szCs w:val="28"/>
        </w:rPr>
        <w:t xml:space="preserve"> ministry, helping children encounter Jesus, grow in faith, and feel they belong in the life of the Church.</w:t>
      </w:r>
    </w:p>
    <w:p w14:paraId="7A9F931F" w14:textId="77777777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b/>
          <w:sz w:val="28"/>
          <w:szCs w:val="28"/>
        </w:rPr>
        <w:t>Key Responsibilities</w:t>
      </w:r>
    </w:p>
    <w:p w14:paraId="56DBF2EA" w14:textId="77777777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sz w:val="28"/>
          <w:szCs w:val="28"/>
        </w:rPr>
        <w:t>• Lead Sunday Children’s Church</w:t>
      </w:r>
      <w:r w:rsidRPr="003D1E30">
        <w:rPr>
          <w:rFonts w:ascii="Gill Sans MT" w:hAnsi="Gill Sans MT"/>
          <w:sz w:val="28"/>
          <w:szCs w:val="28"/>
        </w:rPr>
        <w:br/>
        <w:t>• Develop midweek family activities</w:t>
      </w:r>
      <w:r w:rsidRPr="003D1E30">
        <w:rPr>
          <w:rFonts w:ascii="Gill Sans MT" w:hAnsi="Gill Sans MT"/>
          <w:sz w:val="28"/>
          <w:szCs w:val="28"/>
        </w:rPr>
        <w:br/>
        <w:t>• Build relationships with local schools</w:t>
      </w:r>
      <w:r w:rsidRPr="003D1E30">
        <w:rPr>
          <w:rFonts w:ascii="Gill Sans MT" w:hAnsi="Gill Sans MT"/>
          <w:sz w:val="28"/>
          <w:szCs w:val="28"/>
        </w:rPr>
        <w:br/>
        <w:t>• Recruit and support volunteers</w:t>
      </w:r>
      <w:r w:rsidRPr="003D1E30">
        <w:rPr>
          <w:rFonts w:ascii="Gill Sans MT" w:hAnsi="Gill Sans MT"/>
          <w:sz w:val="28"/>
          <w:szCs w:val="28"/>
        </w:rPr>
        <w:br/>
        <w:t>• Ensure safeguarding compliance</w:t>
      </w:r>
    </w:p>
    <w:p w14:paraId="4F02CF27" w14:textId="77777777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b/>
          <w:sz w:val="28"/>
          <w:szCs w:val="28"/>
        </w:rPr>
        <w:t>Person Specification</w:t>
      </w:r>
    </w:p>
    <w:p w14:paraId="0066732F" w14:textId="755D7F67" w:rsidR="004B5387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sz w:val="28"/>
          <w:szCs w:val="28"/>
        </w:rPr>
        <w:t xml:space="preserve">• </w:t>
      </w:r>
      <w:proofErr w:type="spellStart"/>
      <w:r w:rsidRPr="003D1E30">
        <w:rPr>
          <w:rFonts w:ascii="Gill Sans MT" w:hAnsi="Gill Sans MT"/>
          <w:sz w:val="28"/>
          <w:szCs w:val="28"/>
        </w:rPr>
        <w:t>Practising</w:t>
      </w:r>
      <w:proofErr w:type="spellEnd"/>
      <w:r w:rsidRPr="003D1E30">
        <w:rPr>
          <w:rFonts w:ascii="Gill Sans MT" w:hAnsi="Gill Sans MT"/>
          <w:sz w:val="28"/>
          <w:szCs w:val="28"/>
        </w:rPr>
        <w:t xml:space="preserve"> Christian (occupational requirement)</w:t>
      </w:r>
      <w:r w:rsidRPr="003D1E30">
        <w:rPr>
          <w:rFonts w:ascii="Gill Sans MT" w:hAnsi="Gill Sans MT"/>
          <w:sz w:val="28"/>
          <w:szCs w:val="28"/>
        </w:rPr>
        <w:br/>
        <w:t>• Passion for children’s ministry</w:t>
      </w:r>
      <w:r w:rsidRPr="003D1E30">
        <w:rPr>
          <w:rFonts w:ascii="Gill Sans MT" w:hAnsi="Gill Sans MT"/>
          <w:sz w:val="28"/>
          <w:szCs w:val="28"/>
        </w:rPr>
        <w:br/>
      </w:r>
      <w:r w:rsidRPr="003D1E30">
        <w:rPr>
          <w:rFonts w:ascii="Gill Sans MT" w:hAnsi="Gill Sans MT"/>
          <w:sz w:val="28"/>
          <w:szCs w:val="28"/>
        </w:rPr>
        <w:lastRenderedPageBreak/>
        <w:t>• Strong communication skills</w:t>
      </w:r>
      <w:r w:rsidRPr="003D1E30">
        <w:rPr>
          <w:rFonts w:ascii="Gill Sans MT" w:hAnsi="Gill Sans MT"/>
          <w:sz w:val="28"/>
          <w:szCs w:val="28"/>
        </w:rPr>
        <w:br/>
        <w:t>• Team player</w:t>
      </w:r>
    </w:p>
    <w:p w14:paraId="5D013603" w14:textId="14B5B890" w:rsidR="00814478" w:rsidRPr="003D1E30" w:rsidRDefault="00814478">
      <w:pPr>
        <w:rPr>
          <w:rFonts w:ascii="Gill Sans MT" w:hAnsi="Gill Sans MT"/>
          <w:b/>
          <w:sz w:val="28"/>
          <w:szCs w:val="28"/>
        </w:rPr>
      </w:pPr>
      <w:r w:rsidRPr="003D1E30">
        <w:rPr>
          <w:rFonts w:ascii="Gill Sans MT" w:hAnsi="Gill Sans MT"/>
          <w:b/>
          <w:sz w:val="28"/>
          <w:szCs w:val="28"/>
        </w:rPr>
        <w:t>We are looking for someone who:</w:t>
      </w:r>
      <w:r w:rsidRPr="003D1E30">
        <w:rPr>
          <w:rFonts w:ascii="Gill Sans MT" w:hAnsi="Gill Sans MT"/>
          <w:b/>
          <w:sz w:val="28"/>
          <w:szCs w:val="28"/>
        </w:rPr>
        <w:br/>
      </w:r>
      <w:r w:rsidRPr="003D1E30">
        <w:rPr>
          <w:rFonts w:ascii="Gill Sans MT" w:hAnsi="Gill Sans MT"/>
          <w:bCs/>
          <w:sz w:val="28"/>
          <w:szCs w:val="28"/>
        </w:rPr>
        <w:t xml:space="preserve">* Has </w:t>
      </w:r>
      <w:proofErr w:type="spellStart"/>
      <w:r w:rsidRPr="003D1E30">
        <w:rPr>
          <w:rFonts w:ascii="Gill Sans MT" w:hAnsi="Gill Sans MT"/>
          <w:bCs/>
          <w:sz w:val="28"/>
          <w:szCs w:val="28"/>
        </w:rPr>
        <w:t>a</w:t>
      </w:r>
      <w:proofErr w:type="spellEnd"/>
      <w:r w:rsidRPr="003D1E30">
        <w:rPr>
          <w:rFonts w:ascii="Gill Sans MT" w:hAnsi="Gill Sans MT"/>
          <w:bCs/>
          <w:sz w:val="28"/>
          <w:szCs w:val="28"/>
        </w:rPr>
        <w:t xml:space="preserve"> passion for working with children &amp; </w:t>
      </w:r>
      <w:r w:rsidR="00DE3B7D">
        <w:rPr>
          <w:rFonts w:ascii="Gill Sans MT" w:hAnsi="Gill Sans MT"/>
          <w:bCs/>
          <w:sz w:val="28"/>
          <w:szCs w:val="28"/>
        </w:rPr>
        <w:t>families</w:t>
      </w:r>
      <w:r w:rsidRPr="003D1E30">
        <w:rPr>
          <w:rFonts w:ascii="Gill Sans MT" w:hAnsi="Gill Sans MT"/>
          <w:bCs/>
          <w:sz w:val="28"/>
          <w:szCs w:val="28"/>
        </w:rPr>
        <w:t>.</w:t>
      </w:r>
      <w:r w:rsidRPr="003D1E30">
        <w:rPr>
          <w:rFonts w:ascii="Gill Sans MT" w:hAnsi="Gill Sans MT"/>
          <w:bCs/>
          <w:sz w:val="28"/>
          <w:szCs w:val="28"/>
        </w:rPr>
        <w:br/>
        <w:t>* Is committed to creating safe, inclusive spaces where “All are welcome”.</w:t>
      </w:r>
      <w:r w:rsidRPr="003D1E30">
        <w:rPr>
          <w:rFonts w:ascii="Gill Sans MT" w:hAnsi="Gill Sans MT"/>
          <w:bCs/>
          <w:sz w:val="28"/>
          <w:szCs w:val="28"/>
        </w:rPr>
        <w:br/>
        <w:t>* Can manage volunteers effectively and build strong relationships with families.</w:t>
      </w:r>
      <w:r w:rsidRPr="003D1E30">
        <w:rPr>
          <w:rFonts w:ascii="Gill Sans MT" w:hAnsi="Gill Sans MT"/>
          <w:bCs/>
          <w:sz w:val="28"/>
          <w:szCs w:val="28"/>
        </w:rPr>
        <w:br/>
        <w:t xml:space="preserve">* Is ready to work collaboratively within both a parish and </w:t>
      </w:r>
      <w:r w:rsidR="00DE3B7D">
        <w:rPr>
          <w:rFonts w:ascii="Gill Sans MT" w:hAnsi="Gill Sans MT"/>
          <w:bCs/>
          <w:sz w:val="28"/>
          <w:szCs w:val="28"/>
        </w:rPr>
        <w:t>community</w:t>
      </w:r>
      <w:r w:rsidRPr="003D1E30">
        <w:rPr>
          <w:rFonts w:ascii="Gill Sans MT" w:hAnsi="Gill Sans MT"/>
          <w:bCs/>
          <w:sz w:val="28"/>
          <w:szCs w:val="28"/>
        </w:rPr>
        <w:t xml:space="preserve"> setting.</w:t>
      </w:r>
    </w:p>
    <w:p w14:paraId="44317090" w14:textId="77777777" w:rsidR="007E6D59" w:rsidRPr="003D1E30" w:rsidRDefault="00FD11F5">
      <w:pPr>
        <w:rPr>
          <w:rFonts w:ascii="Gill Sans MT" w:hAnsi="Gill Sans MT"/>
          <w:sz w:val="28"/>
          <w:szCs w:val="28"/>
        </w:rPr>
      </w:pPr>
      <w:r w:rsidRPr="003D1E30">
        <w:rPr>
          <w:rFonts w:ascii="Gill Sans MT" w:hAnsi="Gill Sans MT"/>
          <w:b/>
          <w:sz w:val="28"/>
          <w:szCs w:val="28"/>
        </w:rPr>
        <w:t>What We Offer</w:t>
      </w:r>
    </w:p>
    <w:p w14:paraId="2065C777" w14:textId="2E2A7018" w:rsidR="00FC5584" w:rsidRDefault="00FC5584" w:rsidP="00C07DA8">
      <w:pPr>
        <w:pStyle w:val="ListParagraph"/>
        <w:numPr>
          <w:ilvl w:val="0"/>
          <w:numId w:val="10"/>
        </w:numPr>
        <w:spacing w:line="240" w:lineRule="auto"/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sz w:val="28"/>
          <w:szCs w:val="28"/>
        </w:rPr>
        <w:t>Working with creative and amazing children and families</w:t>
      </w:r>
    </w:p>
    <w:p w14:paraId="5F31972E" w14:textId="662E7C5C" w:rsidR="00C07DA8" w:rsidRPr="00C07DA8" w:rsidRDefault="00C07DA8" w:rsidP="00C07DA8">
      <w:pPr>
        <w:pStyle w:val="ListParagraph"/>
        <w:numPr>
          <w:ilvl w:val="0"/>
          <w:numId w:val="10"/>
        </w:numPr>
        <w:spacing w:line="240" w:lineRule="auto"/>
        <w:rPr>
          <w:rFonts w:ascii="Gill Sans MT" w:hAnsi="Gill Sans MT"/>
          <w:sz w:val="28"/>
          <w:szCs w:val="28"/>
        </w:rPr>
      </w:pPr>
      <w:r w:rsidRPr="00C07DA8">
        <w:rPr>
          <w:rFonts w:ascii="Gill Sans MT" w:hAnsi="Gill Sans MT"/>
          <w:sz w:val="28"/>
          <w:szCs w:val="28"/>
        </w:rPr>
        <w:t>Friendly and</w:t>
      </w:r>
      <w:r w:rsidR="000D6631" w:rsidRPr="00C07DA8">
        <w:rPr>
          <w:rFonts w:ascii="Gill Sans MT" w:hAnsi="Gill Sans MT"/>
          <w:sz w:val="28"/>
          <w:szCs w:val="28"/>
        </w:rPr>
        <w:t xml:space="preserve"> welcoming church community</w:t>
      </w:r>
      <w:r w:rsidRPr="00C07DA8">
        <w:rPr>
          <w:rFonts w:ascii="Gill Sans MT" w:hAnsi="Gill Sans MT"/>
          <w:sz w:val="28"/>
          <w:szCs w:val="28"/>
        </w:rPr>
        <w:t xml:space="preserve"> </w:t>
      </w:r>
    </w:p>
    <w:p w14:paraId="4500E01B" w14:textId="3D28ED90" w:rsidR="00C07DA8" w:rsidRDefault="00C07DA8" w:rsidP="00C07DA8">
      <w:pPr>
        <w:pStyle w:val="ListParagraph"/>
        <w:numPr>
          <w:ilvl w:val="0"/>
          <w:numId w:val="10"/>
        </w:numPr>
        <w:spacing w:line="240" w:lineRule="auto"/>
        <w:rPr>
          <w:rFonts w:ascii="Gill Sans MT" w:hAnsi="Gill Sans MT"/>
          <w:sz w:val="28"/>
          <w:szCs w:val="28"/>
        </w:rPr>
      </w:pPr>
      <w:r w:rsidRPr="00C07DA8">
        <w:rPr>
          <w:rFonts w:ascii="Gill Sans MT" w:hAnsi="Gill Sans MT"/>
          <w:sz w:val="28"/>
          <w:szCs w:val="28"/>
        </w:rPr>
        <w:t xml:space="preserve">Supportive </w:t>
      </w:r>
      <w:r>
        <w:rPr>
          <w:rFonts w:ascii="Gill Sans MT" w:hAnsi="Gill Sans MT"/>
          <w:sz w:val="28"/>
          <w:szCs w:val="28"/>
        </w:rPr>
        <w:t xml:space="preserve">and </w:t>
      </w:r>
      <w:proofErr w:type="gramStart"/>
      <w:r>
        <w:rPr>
          <w:rFonts w:ascii="Gill Sans MT" w:hAnsi="Gill Sans MT"/>
          <w:sz w:val="28"/>
          <w:szCs w:val="28"/>
        </w:rPr>
        <w:t>engaging</w:t>
      </w:r>
      <w:proofErr w:type="gramEnd"/>
      <w:r>
        <w:rPr>
          <w:rFonts w:ascii="Gill Sans MT" w:hAnsi="Gill Sans MT"/>
          <w:sz w:val="28"/>
          <w:szCs w:val="28"/>
        </w:rPr>
        <w:t xml:space="preserve"> </w:t>
      </w:r>
      <w:r w:rsidR="00FC5584">
        <w:rPr>
          <w:rFonts w:ascii="Gill Sans MT" w:hAnsi="Gill Sans MT"/>
          <w:sz w:val="28"/>
          <w:szCs w:val="28"/>
        </w:rPr>
        <w:t>wider community</w:t>
      </w:r>
      <w:r w:rsidR="000D6631" w:rsidRPr="00C07DA8">
        <w:rPr>
          <w:rFonts w:ascii="Gill Sans MT" w:hAnsi="Gill Sans MT"/>
          <w:sz w:val="28"/>
          <w:szCs w:val="28"/>
        </w:rPr>
        <w:t xml:space="preserve"> </w:t>
      </w:r>
    </w:p>
    <w:p w14:paraId="5A734E76" w14:textId="2D1B17D8" w:rsidR="00C07DA8" w:rsidRDefault="00FD11F5" w:rsidP="00C07DA8">
      <w:pPr>
        <w:pStyle w:val="ListParagraph"/>
        <w:numPr>
          <w:ilvl w:val="0"/>
          <w:numId w:val="10"/>
        </w:numPr>
        <w:spacing w:line="240" w:lineRule="auto"/>
        <w:rPr>
          <w:rFonts w:ascii="Gill Sans MT" w:hAnsi="Gill Sans MT"/>
          <w:sz w:val="28"/>
          <w:szCs w:val="28"/>
        </w:rPr>
      </w:pPr>
      <w:r w:rsidRPr="00C07DA8">
        <w:rPr>
          <w:rFonts w:ascii="Gill Sans MT" w:hAnsi="Gill Sans MT"/>
          <w:sz w:val="28"/>
          <w:szCs w:val="28"/>
        </w:rPr>
        <w:t>Opportunity to shape a growing ministry</w:t>
      </w:r>
    </w:p>
    <w:p w14:paraId="10C34E1D" w14:textId="21FCE288" w:rsidR="00C07DA8" w:rsidRPr="00C07DA8" w:rsidRDefault="00FD11F5" w:rsidP="00C07DA8">
      <w:pPr>
        <w:pStyle w:val="ListParagraph"/>
        <w:numPr>
          <w:ilvl w:val="0"/>
          <w:numId w:val="10"/>
        </w:numPr>
        <w:spacing w:line="240" w:lineRule="auto"/>
        <w:rPr>
          <w:rFonts w:ascii="Gill Sans MT" w:hAnsi="Gill Sans MT"/>
          <w:sz w:val="28"/>
          <w:szCs w:val="28"/>
        </w:rPr>
      </w:pPr>
      <w:r w:rsidRPr="00C07DA8">
        <w:rPr>
          <w:rFonts w:ascii="Gill Sans MT" w:hAnsi="Gill Sans MT"/>
          <w:sz w:val="28"/>
          <w:szCs w:val="28"/>
        </w:rPr>
        <w:t>Training and developmen</w:t>
      </w:r>
      <w:r w:rsidR="00C07DA8" w:rsidRPr="00C07DA8">
        <w:rPr>
          <w:rFonts w:ascii="Gill Sans MT" w:hAnsi="Gill Sans MT"/>
          <w:sz w:val="28"/>
          <w:szCs w:val="28"/>
        </w:rPr>
        <w:t>t</w:t>
      </w:r>
      <w:r w:rsidR="00C07DA8">
        <w:rPr>
          <w:rFonts w:ascii="Gill Sans MT" w:hAnsi="Gill Sans MT"/>
          <w:sz w:val="28"/>
          <w:szCs w:val="28"/>
        </w:rPr>
        <w:t xml:space="preserve"> opportunities</w:t>
      </w:r>
    </w:p>
    <w:p w14:paraId="2DD3E437" w14:textId="77777777" w:rsidR="0060430A" w:rsidRDefault="0060430A">
      <w:pPr>
        <w:rPr>
          <w:rFonts w:ascii="Gill Sans MT" w:hAnsi="Gill Sans MT"/>
          <w:sz w:val="28"/>
          <w:szCs w:val="28"/>
        </w:rPr>
      </w:pPr>
    </w:p>
    <w:p w14:paraId="6D0096FA" w14:textId="61784564" w:rsidR="00AD330A" w:rsidRPr="003D1E30" w:rsidRDefault="00AD330A">
      <w:pPr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sz w:val="28"/>
          <w:szCs w:val="28"/>
        </w:rPr>
        <w:t xml:space="preserve">For </w:t>
      </w:r>
      <w:r w:rsidR="00182CEB">
        <w:rPr>
          <w:rFonts w:ascii="Gill Sans MT" w:hAnsi="Gill Sans MT"/>
          <w:sz w:val="28"/>
          <w:szCs w:val="28"/>
        </w:rPr>
        <w:t xml:space="preserve">informal conversation contact Vicar Stanley at </w:t>
      </w:r>
      <w:hyperlink r:id="rId6" w:history="1">
        <w:r w:rsidR="00182CEB" w:rsidRPr="006B6809">
          <w:rPr>
            <w:rStyle w:val="Hyperlink"/>
            <w:rFonts w:ascii="Gill Sans MT" w:hAnsi="Gill Sans MT"/>
            <w:sz w:val="28"/>
            <w:szCs w:val="28"/>
          </w:rPr>
          <w:t>Vicar@stcatherinehatcham.org.uk</w:t>
        </w:r>
      </w:hyperlink>
      <w:r w:rsidR="00182CEB">
        <w:rPr>
          <w:rFonts w:ascii="Gill Sans MT" w:hAnsi="Gill Sans MT"/>
          <w:sz w:val="28"/>
          <w:szCs w:val="28"/>
        </w:rPr>
        <w:t xml:space="preserve"> or 07846759133</w:t>
      </w:r>
    </w:p>
    <w:p w14:paraId="00E12FAF" w14:textId="0AAC1362" w:rsidR="00AD330A" w:rsidRDefault="008156B9">
      <w:pPr>
        <w:rPr>
          <w:rFonts w:ascii="Gill Sans MT" w:hAnsi="Gill Sans MT" w:cs="Noto Sans"/>
          <w:color w:val="202060"/>
          <w:sz w:val="28"/>
          <w:szCs w:val="28"/>
          <w:shd w:val="clear" w:color="auto" w:fill="FEFCFB"/>
        </w:rPr>
      </w:pPr>
      <w:r w:rsidRPr="003D1E30">
        <w:rPr>
          <w:rFonts w:ascii="Gill Sans MT" w:hAnsi="Gill Sans MT" w:cs="Noto Sans"/>
          <w:color w:val="202060"/>
          <w:sz w:val="28"/>
          <w:szCs w:val="28"/>
          <w:shd w:val="clear" w:color="auto" w:fill="FEFCFB"/>
        </w:rPr>
        <w:t xml:space="preserve">To apply, </w:t>
      </w:r>
      <w:r w:rsidR="00FC5584">
        <w:rPr>
          <w:rFonts w:ascii="Gill Sans MT" w:hAnsi="Gill Sans MT" w:cs="Noto Sans"/>
          <w:color w:val="202060"/>
          <w:sz w:val="28"/>
          <w:szCs w:val="28"/>
          <w:shd w:val="clear" w:color="auto" w:fill="FEFCFB"/>
        </w:rPr>
        <w:t xml:space="preserve">click </w:t>
      </w:r>
      <w:r w:rsidR="00761709">
        <w:rPr>
          <w:rFonts w:ascii="Gill Sans MT" w:hAnsi="Gill Sans MT" w:cs="Noto Sans"/>
          <w:color w:val="202060"/>
          <w:sz w:val="28"/>
          <w:szCs w:val="28"/>
          <w:shd w:val="clear" w:color="auto" w:fill="FEFCFB"/>
        </w:rPr>
        <w:t xml:space="preserve">or copy and paste </w:t>
      </w:r>
      <w:r w:rsidR="00FC5584">
        <w:rPr>
          <w:rFonts w:ascii="Gill Sans MT" w:hAnsi="Gill Sans MT" w:cs="Noto Sans"/>
          <w:color w:val="202060"/>
          <w:sz w:val="28"/>
          <w:szCs w:val="28"/>
          <w:shd w:val="clear" w:color="auto" w:fill="FEFCFB"/>
        </w:rPr>
        <w:t>the link to apply</w:t>
      </w:r>
    </w:p>
    <w:p w14:paraId="68B21FAA" w14:textId="144E9581" w:rsidR="008156B9" w:rsidRDefault="00182CEB">
      <w:pPr>
        <w:rPr>
          <w:rFonts w:ascii="Gill Sans MT" w:hAnsi="Gill Sans MT" w:cs="Noto Sans"/>
          <w:color w:val="202060"/>
          <w:sz w:val="28"/>
          <w:szCs w:val="28"/>
          <w:shd w:val="clear" w:color="auto" w:fill="FEFCFB"/>
        </w:rPr>
      </w:pPr>
      <w:hyperlink r:id="rId7" w:history="1">
        <w:r w:rsidRPr="006B6809">
          <w:rPr>
            <w:rStyle w:val="Hyperlink"/>
            <w:rFonts w:ascii="Gill Sans MT" w:hAnsi="Gill Sans MT" w:cs="Noto Sans"/>
            <w:sz w:val="28"/>
            <w:szCs w:val="28"/>
            <w:shd w:val="clear" w:color="auto" w:fill="FEFCFB"/>
          </w:rPr>
          <w:t>https://xxtfutlchs.zite.so</w:t>
        </w:r>
      </w:hyperlink>
    </w:p>
    <w:p w14:paraId="6807981A" w14:textId="77777777" w:rsidR="00182CEB" w:rsidRPr="003D1E30" w:rsidRDefault="00182CEB">
      <w:pPr>
        <w:rPr>
          <w:rFonts w:ascii="Gill Sans MT" w:hAnsi="Gill Sans MT" w:cs="Noto Sans"/>
          <w:color w:val="202060"/>
          <w:sz w:val="28"/>
          <w:szCs w:val="28"/>
          <w:shd w:val="clear" w:color="auto" w:fill="FEFCFB"/>
        </w:rPr>
      </w:pPr>
    </w:p>
    <w:p w14:paraId="4F39FFBF" w14:textId="77777777" w:rsidR="002548D4" w:rsidRPr="003D1E30" w:rsidRDefault="002548D4">
      <w:pPr>
        <w:rPr>
          <w:rFonts w:ascii="Gill Sans MT" w:hAnsi="Gill Sans MT"/>
          <w:sz w:val="28"/>
          <w:szCs w:val="28"/>
        </w:rPr>
      </w:pPr>
    </w:p>
    <w:sectPr w:rsidR="002548D4" w:rsidRPr="003D1E3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782007"/>
    <w:multiLevelType w:val="hybridMultilevel"/>
    <w:tmpl w:val="00D2B7F8"/>
    <w:lvl w:ilvl="0" w:tplc="A0045D4E">
      <w:numFmt w:val="bullet"/>
      <w:lvlText w:val="•"/>
      <w:lvlJc w:val="left"/>
      <w:pPr>
        <w:ind w:left="720" w:hanging="360"/>
      </w:pPr>
      <w:rPr>
        <w:rFonts w:ascii="Gill Sans MT" w:eastAsiaTheme="minorEastAsia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170FC"/>
    <w:multiLevelType w:val="hybridMultilevel"/>
    <w:tmpl w:val="61C2A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535616">
    <w:abstractNumId w:val="8"/>
  </w:num>
  <w:num w:numId="2" w16cid:durableId="1140998770">
    <w:abstractNumId w:val="6"/>
  </w:num>
  <w:num w:numId="3" w16cid:durableId="1767768503">
    <w:abstractNumId w:val="5"/>
  </w:num>
  <w:num w:numId="4" w16cid:durableId="1341590005">
    <w:abstractNumId w:val="4"/>
  </w:num>
  <w:num w:numId="5" w16cid:durableId="47654268">
    <w:abstractNumId w:val="7"/>
  </w:num>
  <w:num w:numId="6" w16cid:durableId="1430735371">
    <w:abstractNumId w:val="3"/>
  </w:num>
  <w:num w:numId="7" w16cid:durableId="412162614">
    <w:abstractNumId w:val="2"/>
  </w:num>
  <w:num w:numId="8" w16cid:durableId="1092581288">
    <w:abstractNumId w:val="1"/>
  </w:num>
  <w:num w:numId="9" w16cid:durableId="1950308021">
    <w:abstractNumId w:val="0"/>
  </w:num>
  <w:num w:numId="10" w16cid:durableId="945234477">
    <w:abstractNumId w:val="10"/>
  </w:num>
  <w:num w:numId="11" w16cid:durableId="18949222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4F7"/>
    <w:rsid w:val="000D6631"/>
    <w:rsid w:val="0015074B"/>
    <w:rsid w:val="00182CEB"/>
    <w:rsid w:val="002548D4"/>
    <w:rsid w:val="0029639D"/>
    <w:rsid w:val="00326F90"/>
    <w:rsid w:val="003646FE"/>
    <w:rsid w:val="003D1E30"/>
    <w:rsid w:val="004B4408"/>
    <w:rsid w:val="004B5387"/>
    <w:rsid w:val="004D2635"/>
    <w:rsid w:val="0060430A"/>
    <w:rsid w:val="00761709"/>
    <w:rsid w:val="007E6D59"/>
    <w:rsid w:val="00814478"/>
    <w:rsid w:val="008156B9"/>
    <w:rsid w:val="00AA1D8D"/>
    <w:rsid w:val="00AD330A"/>
    <w:rsid w:val="00B3683B"/>
    <w:rsid w:val="00B47730"/>
    <w:rsid w:val="00C07DA8"/>
    <w:rsid w:val="00CB0664"/>
    <w:rsid w:val="00DE2461"/>
    <w:rsid w:val="00DE3B7D"/>
    <w:rsid w:val="00E03DD5"/>
    <w:rsid w:val="00FC5584"/>
    <w:rsid w:val="00FC693F"/>
    <w:rsid w:val="00FD11F5"/>
    <w:rsid w:val="00FE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B3440E"/>
  <w14:defaultImageDpi w14:val="300"/>
  <w15:docId w15:val="{105502BB-15C0-495B-B69E-5AE76B30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548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xxtfutlchs.zite.s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car@stcatherinehatcham.org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stanley Njoka</cp:lastModifiedBy>
  <cp:revision>2</cp:revision>
  <dcterms:created xsi:type="dcterms:W3CDTF">2026-10-14T21:41:00Z</dcterms:created>
  <dcterms:modified xsi:type="dcterms:W3CDTF">2026-10-14T21:41:00Z</dcterms:modified>
  <cp:category/>
</cp:coreProperties>
</file>